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נוהגים בראש צלול – זמן תגובה ומרחק עצירה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זמן תגובה, מהירות ומרחק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גורמים שפוגעים ביכולת הנהיגה הבטוחה (עייפות, אלכוהול, הסחות דעת)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מתחום הבטיחות בדרכים הנדרשים לקראת קבלת רישיון נהיגה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 מתחנות חדר הבריחה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מוכפל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גדל בהרבה יותר (לא רק פי שניים)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מאיטה את זמן התגובה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פוגע בשיקול הדעת ובריכוז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נהיגה תחת השפעת אלכוהול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עייפות מאטה את זמן התגובה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אלכוהול פוגע בריכוז ובשיקול הדעת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מרחק 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ככל שהמהירות גבוהה יותר, מרחק הבלימה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הטלפון מסיח את הדעת ומאט את התגובה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ריכוז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בלימה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(המרחק שעובר הרכב עד שהנהג מתחיל לבלום)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(המרחק שעובר הרכב מרגע לחיצה על הבלם ועד עצירה מלאה)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(סכום מרחק התגובה ומרחק הבלימה)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(מצב שמאט את זמן התגובה של הנהג)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(חומר שפוגע בשיקול הדעת ובריכוז)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שזמן התגובה יהיה קצר ושהנהג יוכל להגיב במהירות ובבטיחות לסכנות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מרחק העצירה גדל מאוד, כי גם זמן התגובה וגם מרחק הבלימה מתארכים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לתשובות הכוללות: שינה מספקת לפני נהיגה, הימנעות מאלכוהול ומשקאות משפיעים, כיבוי טלפון נייד או הרחקתו, שמירה על ריכוז מלא בכביש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מרחק תגובה הוא לפני הבלימה, מרחק בלימה הוא מרגע הבלם ועד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עייפות מאריכה את זמן התגובה ומעכבת תגובה לסכנה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אלכוהול פוגע בריכוז, בשיקול הדעת ובמהירות התגובה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לתחנות חדר הבריחה ולבקש מהתלמידים לפתור אותן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מהירות למרחק בלימה באמצעות דוגמה מספרית פשוטה על הלוח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נוהגים בראש צלול – זמן תגובה ומרחק עצירה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הזמן שלוקח לנהג להגיב, ועל הדברים שעלולים להפריע לנהיגה בטוחה כמו עייפות ואלכוהול.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תגובה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שעובר מרגע שרואים סכנה ועד שמתחילים לבלום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תגובה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שהרכב עובר בזמן התגובה, לפני הבלימה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בלימה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שהרכב עובר מרגע לחיצה על הבלם ועד לעצירה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עצירה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מרחק התגובה ומרחק הבלימה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עייפות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גוף ונפש שמאט את התגובות ופוגע בערנות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אלכוהול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 שפוגע בשיקול הדעת, בריכוז ובזמן התגובה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ריכוז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של תשומת לב מלאה למשימת הנהיגה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הסחת דעת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דבר שמסיט את תשומת הלב מהכביש, כמו טלפון נייד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 מתחנות 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נהג עייף מגיב לאט פי 2. מה קורה למרחק התגובה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 בחצי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נעלם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כשנוסעים הרבה יותר מהר, מרחק הבלימה גדל כמה פעמים?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גדל פי שניים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גדל בהרבה יותר (לא רק פי שניים)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עייפות עושה לנהג?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משפרת ריכוז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מאיטה את זמן התגובה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מקצרת את מרחק העצירה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השפעה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אלכוהול עושה לנהג?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משפר את הערנות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פוגע בשיקול הדעת ובריכוז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מקצר את זמן התגובה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השניים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דומה הסכנה בשימוש בטלפון תוך כדי נהיגה?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שתיית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נהיגה תחת השפעת אלכוהול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האזנה לרדיו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כלום, אין השפעה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נהג עייף מגיב לאט יותר מנהג ער ומרוכז.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אלכוהול משפר את יכולת הריכוז בנהיגה.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העצירה כולל את מרחק התגובה ואת מרחק הבלימה יחד.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מהירות גבוהה יותר תמיד מקטינה את מרחק הבלימה.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בטלפון נייד תוך כדי נהיגה מגביר את זמן התגובה של הנהג.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מרחק התגובה הוא המרחק שהרכב עובר מרגע שהנהג/ת __________ את הסכנה ועד שהוא/היא מתחיל/ה לבלום.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מרחק __________ הוא הסכום של מרחק התגובה ומרחק הבלימה.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עייפות גורמת לזמן ה__________ להתארך.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אלכוהול בדם פוגע ב__________ ובשיקול הדעת של הנהג.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כאשר המהירות גדלה, מרחק ה__________ גדל בהתאם.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מרחק תגובה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חומר שפוגע בשיקול הדעת ובריכוז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מרחק בלימה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מצב שמאט את זמן התגובה של הנהג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מרחק עצירה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המרחק שעובר הרכב מרגע לחיצה על הבלם ועד עצירה מלאה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עייפות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המרחק שעובר הרכב עד שהנהג מתחיל לבלום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אלכוהול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סכום מרחק התגובה ומרחק הבלימה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לנהוג 'בראש צלול'? כתבו הסבר קצר.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מה קורה למרחק העצירה כאשר נהג עייף נוהג במהירות גבוהה.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טיפים לנהג/ת חדש/ה כדי לשמור על ראש צלול בנהיגה, והסבירו למה כל טיפ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מרחק תגובה למרחק בלימה?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עייפות משפיעה על זמן התגובה של נהג?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אלכוהול מסוכן במיוחד בנהיגה?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נוהגים בראש צלול – זמן תגובה ומרחק עצירה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