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זמן תגובה, מהירות ומרחק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שפוגעים ביכולת הנהיגה הבטוחה (עייפות, אלכוהול, הסחות דעת)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מתחום הבטיחות בדרכים הנדרשים לקראת קבלת רישיון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מתחנות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מאיטה את זמן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עייפות מאטה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אלכוהול פוגע בריכוז ובשיקול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מרחק עצירה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(המרחק שעובר הרכב עד שהנהג מתחיל לבלום)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(המרחק שעובר הרכב מרגע לחיצה על הבלם ועד עצירה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(סכום מרחק התגובה ומרחק הבלימה)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שמאט את זמן התגובה של הנהג)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שזמן התגובה יהיה קצר ושהנהג יוכל להגיב במהירות ובבטיחות לסכנות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לתשובות הכוללות: שינה מספקת לפני נהיגה, הימנעות מאלכוהול ומשקאות משפיעים, כיבוי טלפון נייד או הרחקתו, שמירה על ריכוז מלא בכביש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הוא לפני הבלימה, מרחק בלימה הוא מרגע הבלם ועד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עייפות מאריכה את זמן התגובה ומעכבת תגובה לסכנה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אלכוהול פוגע בריכוז, בשיקול הדעת ובמהירות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לתחנות חדר הבריחה ולבקש מהתלמידים לפתור אותן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מהירות למרחק בלימה באמצעות דוגמה מספרית פשוטה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מתחנות חדר הבריחה 'מבחן הרישיון הסודי', העוסק בזמן תגובה, מרחק בלימה ומרחק עצירה, ובגורמים כמו עייפות ואלכוהול שפוגעים בנהיגה בטוחה.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עצירה  ·  תגובה  ·  מזהה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 מתחנות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נהג עייף מגיב אחרי 2 שניות במקום שנייה אחת. מה קורה למרחק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קטן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ההשפעה העיקרית של עייפות על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משפרת 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מאיטה את זמן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מקצרת את מרחק העצירה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נהג עייף מגיב לאט יותר מנהג ער ומרוכז.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אלכוהול משפר את יכולת הריכוז בנהיגה.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העצירה כולל את מרחק התגובה ואת מרחק הבלימה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מרחק התגובה הוא המרחק שהרכב עובר מרגע שהנהג/ת __________ את הסכנה ועד שהוא/היא מתחיל/ה לבלום.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מרחק __________ הוא הסכום של מרחק התגובה ומרחק הבלימה.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עייפות גורמת לזמן ה__________ להתארך.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סכום מרחק התגובה ומרחק הבלימה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מצב שמאט את זמן התגובה של הנהג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המרחק שעובר הרכב עד שהנהג מתחיל לבלום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המרחק שעובר הרכב מרגע לחיצה על הבלם ועד עצירה מלאה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לנהוג 'בראש צלול'? כתבו הסבר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טיפים לנהג/ת חדש/ה כדי לשמור על ראש צלול בנהיגה, והסבירו למה כל טיפ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עייפות משפיעה על זמן התגובה של נהג?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צלול – זמן תגובה ומרחק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